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судебную коллегию по уголовным делам</w:t>
      </w:r>
    </w:p>
    <w:p>
      <w:pPr>
        <w:spacing w:after="0"/>
        <w:jc w:val="right"/>
      </w:pPr>
      <w:r>
        <w:t>____________ областного суда</w:t>
      </w:r>
    </w:p>
    <w:p>
      <w:pPr>
        <w:spacing w:after="0"/>
        <w:jc w:val="right"/>
      </w:pPr>
      <w:r>
        <w:t>через ______________ районный суд</w:t>
      </w:r>
    </w:p>
    <w:p>
      <w:pPr>
        <w:spacing w:after="0"/>
        <w:jc w:val="right"/>
      </w:pPr>
      <w:r>
        <w:t>от осуждённого ______________________</w:t>
      </w:r>
    </w:p>
    <w:p>
      <w:pPr>
        <w:spacing w:after="0"/>
        <w:jc w:val="right"/>
      </w:pPr>
      <w:r>
        <w:t>(защитника, потерпевшего)</w:t>
      </w:r>
    </w:p>
    <w:p>
      <w:pPr>
        <w:spacing w:after="0"/>
        <w:jc w:val="right"/>
      </w:pPr>
      <w:r>
        <w:t>по делу № ____________</w:t>
      </w:r>
    </w:p>
    <w:p/>
    <w:p>
      <w:pPr>
        <w:spacing w:after="0"/>
        <w:jc w:val="center"/>
      </w:pPr>
      <w:r>
        <w:rPr>
          <w:b/>
        </w:rPr>
        <w:t>АПЕЛЛЯЦИОННАЯ ЖАЛОБА</w:t>
      </w:r>
    </w:p>
    <w:p>
      <w:pPr>
        <w:spacing w:after="0"/>
        <w:jc w:val="center"/>
      </w:pPr>
      <w:r>
        <w:rPr>
          <w:b/>
        </w:rPr>
        <w:t>на приговор ______________ районного суда от «___» ________ 20__ г.</w:t>
      </w:r>
    </w:p>
    <w:p/>
    <w:p>
      <w:pPr>
        <w:ind w:firstLine="709"/>
        <w:jc w:val="both"/>
      </w:pPr>
      <w:r>
        <w:t>Приговором ______________ районного суда от «___» ________ 20__ г. ____________ осуждён(а) по ст. ____ УК РФ к ____________.</w:t>
      </w:r>
    </w:p>
    <w:p>
      <w:pPr>
        <w:ind w:firstLine="709"/>
        <w:jc w:val="both"/>
      </w:pPr>
      <w:r>
        <w:t>Приговор считаю незаконным и несправедливым по следующим основаниям: 1) выводы суда не подтверждаются доказательствами: ____________; 2) не учтены смягчающие обстоятельства: ____________ (ст. 61 УК РФ); 3) допущены существенные нарушения УПК РФ: ____________.</w:t>
      </w:r>
    </w:p>
    <w:p>
      <w:pPr>
        <w:ind w:firstLine="709"/>
        <w:jc w:val="both"/>
      </w:pPr>
      <w:r>
        <w:t>На основании ст. 389.15, 389.20 УПК РФ ПРОШУ приговор изменить, смягчив наказание (приговор отменить, дело передать на новое рассмотрение).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