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г. ____________</w:t>
      </w:r>
    </w:p>
    <w:p>
      <w:pPr>
        <w:spacing w:after="0"/>
        <w:jc w:val="right"/>
      </w:pPr>
      <w:r>
        <w:t>«___» ________ 20__ г.</w:t>
      </w:r>
    </w:p>
    <w:p/>
    <w:p>
      <w:pPr>
        <w:spacing w:after="0"/>
        <w:jc w:val="center"/>
      </w:pPr>
      <w:r>
        <w:rPr>
          <w:b/>
        </w:rPr>
        <w:t>РАСПИСКА</w:t>
      </w:r>
    </w:p>
    <w:p>
      <w:pPr>
        <w:spacing w:after="0"/>
        <w:jc w:val="center"/>
      </w:pPr>
      <w:r>
        <w:rPr>
          <w:b/>
        </w:rPr>
        <w:t>в получении денежных средств</w:t>
      </w:r>
    </w:p>
    <w:p/>
    <w:p>
      <w:pPr>
        <w:ind w:firstLine="709"/>
        <w:jc w:val="both"/>
      </w:pPr>
      <w:r>
        <w:t>Я, ____________________ (ФИО полностью), «___» ________ ____ года рождения, паспорт серии ____ № ______, выдан ____________, зарегистрированный(ая) по адресу: ____________,</w:t>
      </w:r>
    </w:p>
    <w:p>
      <w:pPr>
        <w:ind w:firstLine="709"/>
        <w:jc w:val="both"/>
      </w:pPr>
      <w:r>
        <w:t>получил(а) от ____________________ (ФИО полностью, паспортные данные, адрес) денежные средства в размере ________ (________________________) рублей в долг.</w:t>
      </w:r>
    </w:p>
    <w:p>
      <w:pPr>
        <w:ind w:firstLine="709"/>
        <w:jc w:val="both"/>
      </w:pPr>
      <w:r>
        <w:t>Обязуюсь возвратить указанную сумму в срок до «___» ________ ____ г. За пользование займом уплачиваются проценты в размере ____% годовых (либо: заём беспроцентный). Подпись заёмщика: ____________ / расшифровка.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