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______________ районный суд</w:t>
      </w:r>
    </w:p>
    <w:p>
      <w:pPr>
        <w:spacing w:after="0"/>
        <w:jc w:val="right"/>
      </w:pPr>
      <w:r>
        <w:t>Истец: ______________________</w:t>
      </w:r>
    </w:p>
    <w:p>
      <w:pPr>
        <w:spacing w:after="0"/>
        <w:jc w:val="right"/>
      </w:pPr>
      <w:r>
        <w:t>Ответчик: ______________________</w:t>
      </w:r>
    </w:p>
    <w:p>
      <w:pPr>
        <w:spacing w:after="0"/>
        <w:jc w:val="right"/>
      </w:pPr>
      <w:r>
        <w:t>Госпошлина: 3 000 руб.</w:t>
      </w:r>
    </w:p>
    <w:p>
      <w:pPr>
        <w:spacing w:after="0"/>
        <w:jc w:val="right"/>
      </w:pPr>
      <w:r>
        <w:t>(требование неимущественного характера)</w:t>
      </w:r>
    </w:p>
    <w:p/>
    <w:p>
      <w:pPr>
        <w:spacing w:after="0"/>
        <w:jc w:val="center"/>
      </w:pPr>
      <w:r>
        <w:rPr>
          <w:b/>
        </w:rPr>
        <w:t>ИСКОВОЕ ЗАЯВЛЕНИЕ</w:t>
      </w:r>
    </w:p>
    <w:p>
      <w:pPr>
        <w:spacing w:after="0"/>
        <w:jc w:val="center"/>
      </w:pPr>
      <w:r>
        <w:rPr>
          <w:b/>
        </w:rPr>
        <w:t>о компенсации морального вреда</w:t>
      </w:r>
    </w:p>
    <w:p/>
    <w:p>
      <w:pPr>
        <w:ind w:firstLine="709"/>
        <w:jc w:val="both"/>
      </w:pPr>
      <w:r>
        <w:t>Действиями (бездействием) ответчика нарушены мои права: ____________________ (описание событий с датами и доказательствами).</w:t>
      </w:r>
    </w:p>
    <w:p>
      <w:pPr>
        <w:ind w:firstLine="709"/>
        <w:jc w:val="both"/>
      </w:pPr>
      <w:r>
        <w:t>В результате я испытал(а) физические и нравственные страдания: ____________________ (боль, стресс, бессонница, обращения к врачам — медицинские документы прилагаются).</w:t>
      </w:r>
    </w:p>
    <w:p>
      <w:pPr>
        <w:ind w:firstLine="709"/>
        <w:jc w:val="both"/>
      </w:pPr>
      <w:r>
        <w:t>На основании ст. 151, 1099–1101 ГК РФ, с учётом разъяснений постановления Пленума ВС РФ от 15.11.2022 № 33, ПРОШУ взыскать с ответчика компенсацию морального вреда в размере ________ руб.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