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right"/>
      </w:pPr>
      <w:r>
        <w:t>Мировому судье судебного участка № ___</w:t>
      </w:r>
    </w:p>
    <w:p>
      <w:pPr>
        <w:spacing w:after="0"/>
        <w:jc w:val="right"/>
      </w:pPr>
      <w:r>
        <w:t>(в ______________ районный суд)</w:t>
      </w:r>
    </w:p>
    <w:p>
      <w:pPr>
        <w:spacing w:after="0"/>
        <w:jc w:val="right"/>
      </w:pPr>
      <w:r>
        <w:t>Истец: ______________________</w:t>
      </w:r>
    </w:p>
    <w:p>
      <w:pPr>
        <w:spacing w:after="0"/>
        <w:jc w:val="right"/>
      </w:pPr>
      <w:r>
        <w:t>Ответчик: ______________________</w:t>
      </w:r>
    </w:p>
    <w:p>
      <w:pPr>
        <w:spacing w:after="0"/>
        <w:jc w:val="right"/>
      </w:pPr>
      <w:r>
        <w:t>Госпошлина: 5 000 руб.</w:t>
      </w:r>
    </w:p>
    <w:p/>
    <w:p>
      <w:pPr>
        <w:spacing w:after="0"/>
        <w:jc w:val="center"/>
      </w:pPr>
      <w:r>
        <w:rPr>
          <w:b/>
        </w:rPr>
        <w:t>ИСКОВОЕ ЗАЯВЛЕНИЕ</w:t>
      </w:r>
    </w:p>
    <w:p>
      <w:pPr>
        <w:spacing w:after="0"/>
        <w:jc w:val="center"/>
      </w:pPr>
      <w:r>
        <w:rPr>
          <w:b/>
        </w:rPr>
        <w:t>о расторжении брака</w:t>
      </w:r>
    </w:p>
    <w:p/>
    <w:p>
      <w:pPr>
        <w:ind w:firstLine="709"/>
        <w:jc w:val="both"/>
      </w:pPr>
      <w:r>
        <w:t>«___» ________ ____ г. между мной и ответчиком заключён брак (запись акта № ____). От брака имеются несовершеннолетние дети: ____________.</w:t>
      </w:r>
    </w:p>
    <w:p>
      <w:pPr>
        <w:ind w:firstLine="709"/>
        <w:jc w:val="both"/>
      </w:pPr>
      <w:r>
        <w:t>Совместная жизнь не сложилась, брачные отношения фактически прекращены с «___» ________, дальнейшая совместная жизнь и сохранение семьи невозможны. Спора о детях нет: дети проживают с ____________ (спор о детях имеется: ____________).</w:t>
      </w:r>
    </w:p>
    <w:p>
      <w:pPr>
        <w:ind w:firstLine="709"/>
        <w:jc w:val="both"/>
      </w:pPr>
      <w:r>
        <w:t>На основании ст. 21–23 СК РФ ПРОШУ расторгнуть брак между мной и ответчиком, зарегистрированный «___» ________ ____ г.</w:t>
      </w:r>
    </w:p>
    <w:p/>
    <w:p>
      <w:r>
        <w:t>Приложения:</w:t>
      </w:r>
    </w:p>
    <w:p>
      <w:r>
        <w:t>1. ________________________________________</w:t>
      </w:r>
    </w:p>
    <w:p>
      <w:r>
        <w:t>2. ________________________________________</w:t>
      </w:r>
    </w:p>
    <w:p/>
    <w:p>
      <w:pPr>
        <w:spacing w:before="240"/>
      </w:pPr>
      <w:r>
        <w:t>«___» ______________ 20__ г.        Подпись: ______________ /______________________/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