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______________ районный суд</w:t>
      </w:r>
    </w:p>
    <w:p>
      <w:pPr>
        <w:spacing w:after="0"/>
        <w:jc w:val="right"/>
      </w:pPr>
      <w:r>
        <w:t>(мировому судье судебного участка № ___)</w:t>
      </w:r>
    </w:p>
    <w:p>
      <w:pPr>
        <w:spacing w:after="0"/>
        <w:jc w:val="right"/>
      </w:pPr>
      <w:r>
        <w:t>Истец: ______________________</w:t>
      </w:r>
    </w:p>
    <w:p>
      <w:pPr>
        <w:spacing w:after="0"/>
        <w:jc w:val="right"/>
      </w:pPr>
      <w:r>
        <w:t>Ответчик: ООО «___________»</w:t>
      </w:r>
    </w:p>
    <w:p>
      <w:pPr>
        <w:spacing w:after="0"/>
        <w:jc w:val="right"/>
      </w:pPr>
      <w:r>
        <w:t>Цена иска: ________ руб.</w:t>
      </w:r>
    </w:p>
    <w:p/>
    <w:p>
      <w:pPr>
        <w:spacing w:after="0"/>
        <w:jc w:val="center"/>
      </w:pPr>
      <w:r>
        <w:rPr>
          <w:b/>
        </w:rPr>
        <w:t>ИСКОВОЕ ЗАЯВЛЕНИЕ</w:t>
      </w:r>
    </w:p>
    <w:p>
      <w:pPr>
        <w:spacing w:after="0"/>
        <w:jc w:val="center"/>
      </w:pPr>
      <w:r>
        <w:rPr>
          <w:b/>
        </w:rPr>
        <w:t>о защите прав потребителя</w:t>
      </w:r>
    </w:p>
    <w:p/>
    <w:p>
      <w:pPr>
        <w:ind w:firstLine="709"/>
        <w:jc w:val="both"/>
      </w:pPr>
      <w:r>
        <w:t>«___» ________ 20__ г. я приобрёл(а) у ответчика товар (заказал(а) услугу): ____________ стоимостью ________ руб. Обязательства ответчиком нарушены: ____________________.</w:t>
      </w:r>
    </w:p>
    <w:p>
      <w:pPr>
        <w:ind w:firstLine="709"/>
        <w:jc w:val="both"/>
      </w:pPr>
      <w:r>
        <w:t>«___» ________ 20__ г. мною направлена претензия, которая оставлена без удовлетворения (без ответа).</w:t>
      </w:r>
    </w:p>
    <w:p>
      <w:pPr>
        <w:ind w:firstLine="709"/>
        <w:jc w:val="both"/>
      </w:pPr>
      <w:r>
        <w:t>На основании ст. 13, 15, 17 Закона РФ «О защите прав потребителей», ст. 131–132 ГПК РФ ПРОШУ: взыскать с ответчика ________ руб., неустойку ________ руб., компенсацию морального вреда ________ руб., штраф в размере 50% присуждённой суммы…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