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В ПАО «Банк ____________»</w:t>
      </w:r>
    </w:p>
    <w:p>
      <w:pPr>
        <w:spacing w:after="0"/>
        <w:jc w:val="right"/>
      </w:pPr>
      <w:r>
        <w:t>от заёмщика: ______________________,</w:t>
      </w:r>
    </w:p>
    <w:p>
      <w:pPr>
        <w:spacing w:after="0"/>
        <w:jc w:val="right"/>
      </w:pPr>
      <w:r>
        <w:t>кредитный договор № ____</w:t>
      </w:r>
    </w:p>
    <w:p>
      <w:pPr>
        <w:spacing w:after="0"/>
        <w:jc w:val="right"/>
      </w:pPr>
      <w:r>
        <w:t>от «___» __________ 20__ г.</w:t>
      </w:r>
    </w:p>
    <w:p/>
    <w:p>
      <w:pPr>
        <w:spacing w:after="0"/>
        <w:jc w:val="center"/>
      </w:pPr>
      <w:r>
        <w:rPr>
          <w:b/>
        </w:rPr>
        <w:t>ТРЕБОВАНИЕ</w:t>
      </w:r>
    </w:p>
    <w:p>
      <w:pPr>
        <w:spacing w:after="0"/>
        <w:jc w:val="center"/>
      </w:pPr>
      <w:r>
        <w:rPr>
          <w:b/>
        </w:rPr>
        <w:t>о предоставлении льготного периода (кредитных каникул)</w:t>
      </w:r>
    </w:p>
    <w:p/>
    <w:p>
      <w:pPr>
        <w:ind w:firstLine="709"/>
        <w:jc w:val="both"/>
      </w:pPr>
      <w:r>
        <w:t>Между мной и банком заключён кредитный договор № ____ от «___» __________ 20__ г., остаток задолженности — ________ руб.</w:t>
      </w:r>
    </w:p>
    <w:p>
      <w:pPr>
        <w:ind w:firstLine="709"/>
        <w:jc w:val="both"/>
      </w:pPr>
      <w:r>
        <w:t>Мой среднемесячный доход за два месяца, предшествующие обращению, снизился более чем на 30% по сравнению со среднемесячным доходом за два предыдущих года: ________ руб. против ________ руб., что подтверждается справками о доходах (прилагаются).</w:t>
      </w:r>
    </w:p>
    <w:p>
      <w:pPr>
        <w:ind w:firstLine="709"/>
        <w:jc w:val="both"/>
      </w:pPr>
      <w:r>
        <w:t>На основании ст. 6.1-2 Федерального закона № 353-ФЗ «О потребительском кредите (займе)» ТРЕБУЮ предоставить льготный период сроком на 6 месяцев начиная с «___» __________ 20__ г. Приложение: справки о доходах за текущий и предыдущие периоды.</w:t>
      </w:r>
    </w:p>
    <w:p/>
    <w:p>
      <w:r>
        <w:t>Приложения:</w:t>
      </w:r>
    </w:p>
    <w:p>
      <w:r>
        <w:t>1. ________________________________________</w:t>
      </w:r>
    </w:p>
    <w:p>
      <w:r>
        <w:t>2. ________________________________________</w:t>
      </w:r>
    </w:p>
    <w:p/>
    <w:p>
      <w:pPr>
        <w:spacing w:before="240"/>
      </w:pPr>
      <w:r>
        <w:t>«___» ______________ 20__ г.        Подпись: ______________ /______________________/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