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________________________________________</w:t>
      </w:r>
    </w:p>
    <w:p>
      <w:pPr>
        <w:spacing w:after="0"/>
        <w:jc w:val="right"/>
      </w:pPr>
      <w:r>
        <w:t>(наименование и адрес кредитора или его представителя)</w:t>
      </w:r>
    </w:p>
    <w:p>
      <w:pPr>
        <w:spacing w:after="0"/>
        <w:jc w:val="right"/>
      </w:pPr>
      <w:r>
        <w:t>от _____________________________________</w:t>
      </w:r>
    </w:p>
    <w:p>
      <w:pPr>
        <w:spacing w:after="0"/>
        <w:jc w:val="right"/>
      </w:pPr>
      <w:r>
        <w:t>(фамилия, имя, отчество)</w:t>
      </w:r>
    </w:p>
    <w:p>
      <w:pPr>
        <w:spacing w:after="0"/>
        <w:jc w:val="right"/>
      </w:pPr>
      <w:r>
        <w:t>документ, удостоверяющий личность:</w:t>
      </w:r>
    </w:p>
    <w:p>
      <w:pPr>
        <w:spacing w:after="0"/>
        <w:jc w:val="right"/>
      </w:pPr>
      <w:r>
        <w:t>________________________________________</w:t>
      </w:r>
    </w:p>
    <w:p>
      <w:pPr>
        <w:spacing w:after="0"/>
        <w:jc w:val="right"/>
      </w:pPr>
      <w:r>
        <w:t>адрес: _________________________________</w:t>
      </w:r>
    </w:p>
    <w:p>
      <w:pPr>
        <w:spacing w:after="0"/>
        <w:jc w:val="right"/>
      </w:pPr>
      <w:r>
        <w:t>телефон: _______________________________</w:t>
      </w:r>
    </w:p>
    <w:p>
      <w:pPr>
        <w:spacing w:after="0"/>
        <w:jc w:val="right"/>
      </w:pPr>
      <w:r>
        <w:t>электронная почта: _____________________</w:t>
      </w:r>
    </w:p>
    <w:p/>
    <w:p>
      <w:pPr>
        <w:spacing w:after="0"/>
        <w:jc w:val="center"/>
      </w:pPr>
      <w:r>
        <w:rPr>
          <w:b/>
        </w:rPr>
        <w:t>ЗАЯВЛЕНИЕ</w:t>
      </w:r>
    </w:p>
    <w:p>
      <w:pPr>
        <w:spacing w:after="0"/>
        <w:jc w:val="center"/>
      </w:pPr>
      <w:r>
        <w:rPr>
          <w:b/>
        </w:rPr>
        <w:t>об осуществлении взаимодействия только через указанного представителя</w:t>
      </w:r>
    </w:p>
    <w:p>
      <w:pPr>
        <w:spacing w:after="0"/>
        <w:jc w:val="center"/>
      </w:pPr>
      <w:r>
        <w:rPr>
          <w:b/>
        </w:rPr>
        <w:t>либо об отказе от взаимодействия</w:t>
      </w:r>
    </w:p>
    <w:p/>
    <w:p>
      <w:pPr>
        <w:ind w:firstLine="709"/>
        <w:jc w:val="both"/>
      </w:pPr>
      <w:r>
        <w:t>В соответствии со статьёй 8 Федерального закона от 03.07.2016 № 230-ФЗ прошу прекратить направленное на возврат моей просроченной задолженности непосредственное взаимодействие со мной посредством личных встреч, телефонных переговоров, телеграфных, текстовых, голосовых и иных сообщений, передаваемых по сетям электросвязи.</w:t>
      </w:r>
    </w:p>
    <w:p>
      <w:pPr>
        <w:ind w:firstLine="709"/>
        <w:jc w:val="both"/>
      </w:pPr>
      <w:r>
        <w:t>Задолженность возникла по документу № ______ от «___» __________ 20__ г., кредитор: ________________________________.</w:t>
      </w:r>
    </w:p>
    <w:p>
      <w:pPr>
        <w:ind w:firstLine="709"/>
        <w:jc w:val="both"/>
      </w:pPr>
      <w:r>
        <w:t>Прошу учесть настоящий отказ в установленный законом срок. Ответ и письменные уведомления прошу направлять по указанному выше адресу.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