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Директору ООО «___________»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от ______________________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тел.: ____________________</w:t>
      </w:r>
    </w:p>
    <w:p/>
    <w:p>
      <w:pPr>
        <w:spacing w:after="0"/>
        <w:jc w:val="center"/>
      </w:pPr>
      <w:r>
        <w:rPr>
          <w:b/>
        </w:rPr>
        <w:t>ПРЕТЕНЗИЯ</w:t>
      </w:r>
    </w:p>
    <w:p>
      <w:pPr>
        <w:spacing w:after="0"/>
        <w:jc w:val="center"/>
      </w:pPr>
      <w:r>
        <w:rPr>
          <w:b/>
        </w:rPr>
        <w:t>о нарушении срока передачи предварительно оплаченного товара</w:t>
      </w:r>
    </w:p>
    <w:p/>
    <w:p>
      <w:pPr>
        <w:ind w:firstLine="709"/>
        <w:jc w:val="both"/>
      </w:pPr>
      <w:r>
        <w:t>«___» ________ 20__ г. мною оформлен заказ № ____ на товар: ____________ стоимостью ________ руб. Оплата произведена полностью, что подтверждается чеком № ____. Срок передачи товара — «___» ________ 20__ г.</w:t>
      </w:r>
    </w:p>
    <w:p>
      <w:pPr>
        <w:ind w:firstLine="709"/>
        <w:jc w:val="both"/>
      </w:pPr>
      <w:r>
        <w:t>В установленный срок товар не передан. В соответствии со ст. 23.1 Закона РФ «О защите прав потребителей» требую возвратить сумму предварительной оплаты и уплатить неустойку в размере 0,5% суммы предоплаты за каждый день просрочки…</w:t>
      </w:r>
    </w:p>
    <w:p>
      <w:pPr>
        <w:ind w:firstLine="709"/>
        <w:jc w:val="both"/>
      </w:pPr>
      <w:r>
        <w:t>Требования прошу удовлетворить в течение 10 дней. В случае отказа буду вынужден(а) обратиться в суд с отнесением на вас судебных расходов и штрафа по п. 6 ст. 13 Закона.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