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Директору ООО «___________»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от ______________________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тел.: ____________________</w:t>
      </w:r>
    </w:p>
    <w:p/>
    <w:p>
      <w:pPr>
        <w:spacing w:after="0"/>
        <w:jc w:val="center"/>
      </w:pPr>
      <w:r>
        <w:rPr>
          <w:b/>
        </w:rPr>
        <w:t>ПРЕТЕНЗИЯ</w:t>
      </w:r>
    </w:p>
    <w:p>
      <w:pPr>
        <w:spacing w:after="0"/>
        <w:jc w:val="center"/>
      </w:pPr>
      <w:r>
        <w:rPr>
          <w:b/>
        </w:rPr>
        <w:t>о возврате уплаченной за товар денежной суммы</w:t>
      </w:r>
    </w:p>
    <w:p/>
    <w:p>
      <w:pPr>
        <w:ind w:firstLine="709"/>
        <w:jc w:val="both"/>
      </w:pPr>
      <w:r>
        <w:t>«___» ________ 20__ г. в вашем магазине по адресу ____________ мною был приобретён товар: ____________, стоимостью ________ руб., что подтверждается кассовым чеком № ____ от «___» ________ 20__ г.</w:t>
      </w:r>
    </w:p>
    <w:p>
      <w:pPr>
        <w:ind w:firstLine="709"/>
        <w:jc w:val="both"/>
      </w:pPr>
      <w:r>
        <w:t>В процессе эксплуатации в товаре выявлен недостаток: ____________________________.</w:t>
      </w:r>
    </w:p>
    <w:p>
      <w:pPr>
        <w:ind w:firstLine="709"/>
        <w:jc w:val="both"/>
      </w:pPr>
      <w:r>
        <w:t>В соответствии со ст. 18 Закона РФ от 07.02.1992 № 2300-1 «О защите прав потребителей» потребитель в случае обнаружения в товаре недостатков вправе отказаться от исполнения договора купли-продажи и потребовать возврата уплаченной за товар суммы…</w:t>
      </w:r>
    </w:p>
    <w:p>
      <w:pPr>
        <w:ind w:firstLine="709"/>
        <w:jc w:val="both"/>
      </w:pPr>
      <w:r>
        <w:t>На основании изложенного, руководствуясь ст. 18, 22 Закона «О защите прав потребителей», ТРЕБУЮ…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