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Руководителю ООО «___________»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от ______________________</w:t>
      </w:r>
    </w:p>
    <w:p>
      <w:pPr>
        <w:spacing w:after="0"/>
        <w:jc w:val="right"/>
      </w:pPr>
      <w:r>
        <w:t>тел.: ____________________</w:t>
      </w:r>
    </w:p>
    <w:p/>
    <w:p>
      <w:pPr>
        <w:spacing w:after="0"/>
        <w:jc w:val="center"/>
      </w:pPr>
      <w:r>
        <w:rPr>
          <w:b/>
        </w:rPr>
        <w:t>ПРЕТЕНЗИЯ</w:t>
      </w:r>
    </w:p>
    <w:p>
      <w:pPr>
        <w:spacing w:after="0"/>
        <w:jc w:val="center"/>
      </w:pPr>
      <w:r>
        <w:rPr>
          <w:b/>
        </w:rPr>
        <w:t>о возврате денежных средств, уплаченных по договору оказания услуг</w:t>
      </w:r>
    </w:p>
    <w:p/>
    <w:p>
      <w:pPr>
        <w:ind w:firstLine="709"/>
        <w:jc w:val="both"/>
      </w:pPr>
      <w:r>
        <w:t>«___» ________ 20__ г. между мной и вашей организацией заключён договор № ____ на оказание услуг: ____________. Оплачено ________ руб., что подтверждается чеком.</w:t>
      </w:r>
    </w:p>
    <w:p>
      <w:pPr>
        <w:ind w:firstLine="709"/>
        <w:jc w:val="both"/>
      </w:pPr>
      <w:r>
        <w:t>Услуга оказана с недостатками: ____________________ (либо: заявляю об отказе от исполнения договора на основании ст. 32 Закона «О защите прав потребителей»).</w:t>
      </w:r>
    </w:p>
    <w:p>
      <w:pPr>
        <w:ind w:firstLine="709"/>
        <w:jc w:val="both"/>
      </w:pPr>
      <w:r>
        <w:t>На основании ст. 29 (31, 32) Закона «О защите прав потребителей» ТРЕБУЮ возвратить уплаченную сумму в течение 10 дней…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