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Директору ООО УК «___________»</w:t>
      </w:r>
    </w:p>
    <w:p>
      <w:pPr>
        <w:spacing w:after="0"/>
        <w:jc w:val="right"/>
      </w:pPr>
      <w:r>
        <w:t>(собственнику кв. № ___ ____________)</w:t>
      </w:r>
    </w:p>
    <w:p>
      <w:pPr>
        <w:spacing w:after="0"/>
        <w:jc w:val="right"/>
      </w:pPr>
      <w:r>
        <w:t>адрес: ___________________</w:t>
      </w:r>
    </w:p>
    <w:p>
      <w:pPr>
        <w:spacing w:after="0"/>
        <w:jc w:val="right"/>
      </w:pPr>
      <w:r>
        <w:t>от ______________________</w:t>
      </w:r>
    </w:p>
    <w:p/>
    <w:p>
      <w:pPr>
        <w:spacing w:after="0"/>
        <w:jc w:val="center"/>
      </w:pPr>
      <w:r>
        <w:rPr>
          <w:b/>
        </w:rPr>
        <w:t>ПРЕТЕНЗИЯ</w:t>
      </w:r>
    </w:p>
    <w:p>
      <w:pPr>
        <w:spacing w:after="0"/>
        <w:jc w:val="center"/>
      </w:pPr>
      <w:r>
        <w:rPr>
          <w:b/>
        </w:rPr>
        <w:t>о возмещении ущерба, причинённого заливом квартиры</w:t>
      </w:r>
    </w:p>
    <w:p/>
    <w:p>
      <w:pPr>
        <w:ind w:firstLine="709"/>
        <w:jc w:val="both"/>
      </w:pPr>
      <w:r>
        <w:t>«___» ________ 20__ г. произошёл залив принадлежащей мне квартиры по адресу: ____________, что подтверждается актом о заливе от «___» ________, составленным ООО УК «___________».</w:t>
      </w:r>
    </w:p>
    <w:p>
      <w:pPr>
        <w:ind w:firstLine="709"/>
        <w:jc w:val="both"/>
      </w:pPr>
      <w:r>
        <w:t>Причина залива: ____________________. Согласно отчёту об оценке № ____ стоимость восстановительного ремонта составляет ________ руб.</w:t>
      </w:r>
    </w:p>
    <w:p>
      <w:pPr>
        <w:ind w:firstLine="709"/>
        <w:jc w:val="both"/>
      </w:pPr>
      <w:r>
        <w:t>На основании ст. 15, 1064 ГК РФ (ст. 161 ЖК РФ — при вине управляющей организации) требую возместить ущерб в размере ________ руб. в течение 10 дней. При отказе обращусь в суд со взысканием неустойки, штрафа и судебных расходов.</w:t>
      </w:r>
    </w:p>
    <w:p/>
    <w:p>
      <w:r>
        <w:t>Приложения:</w:t>
      </w:r>
    </w:p>
    <w:p>
      <w:r>
        <w:t>1. ________________________________________</w:t>
      </w:r>
    </w:p>
    <w:p>
      <w:r>
        <w:t>2. ________________________________________</w:t>
      </w:r>
    </w:p>
    <w:p/>
    <w:p>
      <w:pPr>
        <w:spacing w:before="240"/>
      </w:pPr>
      <w:r>
        <w:t>«___» ______________ 20__ г.        Подпись: ______________ /______________________/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