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Судебному приставу-исполнителю</w:t>
      </w:r>
    </w:p>
    <w:p>
      <w:pPr>
        <w:spacing w:after="0"/>
        <w:jc w:val="right"/>
      </w:pPr>
      <w:r>
        <w:t>ОСП по ____________ району</w:t>
      </w:r>
    </w:p>
    <w:p>
      <w:pPr>
        <w:spacing w:after="0"/>
        <w:jc w:val="right"/>
      </w:pPr>
      <w:r>
        <w:t>от должника: ______________________,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исполнительное производство № 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сохранении заработной платы и иных доходов ежемесячно в размере прожиточного минимума</w:t>
      </w:r>
    </w:p>
    <w:p/>
    <w:p>
      <w:pPr>
        <w:ind w:firstLine="709"/>
        <w:jc w:val="both"/>
      </w:pPr>
      <w:r>
        <w:t>На исполнении находится исполнительное производство № ____ от «___» __________ 20__ г., в рамках которого обращено взыскание на мои доходы, поступающие на счёт № ____________ в банке ____________.</w:t>
      </w:r>
    </w:p>
    <w:p>
      <w:pPr>
        <w:ind w:firstLine="709"/>
        <w:jc w:val="both"/>
      </w:pPr>
      <w:r>
        <w:t>Указанный доход (заработная плата / пенсия) является для меня единственным источником существования.</w:t>
      </w:r>
    </w:p>
    <w:p>
      <w:pPr>
        <w:ind w:firstLine="709"/>
        <w:jc w:val="both"/>
      </w:pPr>
      <w:r>
        <w:t>На основании ч. 5.1 ст. 69 Федерального закона № 229-ФЗ ПРОШУ сохранять ежемесячно заработную плату и иные доходы в размере прожиточного минимума, установленного для соответствующей социально-демографической группы населения, на указанном счёте. Приложение: справка о доходах, реквизиты счёта.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