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In the Human Rights Committee</w:t>
      </w:r>
    </w:p>
    <w:p>
      <w:pPr>
        <w:spacing w:after="0"/>
        <w:jc w:val="right"/>
      </w:pPr>
      <w:r>
        <w:t>(Комитет по правам человека ООН, Женева)</w:t>
      </w:r>
    </w:p>
    <w:p>
      <w:pPr>
        <w:spacing w:after="0"/>
        <w:jc w:val="right"/>
      </w:pPr>
      <w:r>
        <w:t>Автор сообщения: ______________________,</w:t>
      </w:r>
    </w:p>
    <w:p>
      <w:pPr>
        <w:spacing w:after="0"/>
        <w:jc w:val="right"/>
      </w:pPr>
      <w:r>
        <w:t>гражданство: РФ, дата рождения: ____________</w:t>
      </w:r>
    </w:p>
    <w:p>
      <w:pPr>
        <w:spacing w:after="0"/>
        <w:jc w:val="right"/>
      </w:pPr>
      <w:r>
        <w:t>Государство-участник: Российская Федерация</w:t>
      </w:r>
    </w:p>
    <w:p/>
    <w:p>
      <w:pPr>
        <w:spacing w:after="0"/>
        <w:jc w:val="center"/>
      </w:pPr>
      <w:r>
        <w:rPr>
          <w:b/>
        </w:rPr>
        <w:t>ИНДИВИДУАЛЬНОЕ СООБЩЕНИЕ</w:t>
      </w:r>
    </w:p>
    <w:p>
      <w:pPr>
        <w:spacing w:after="0"/>
        <w:jc w:val="center"/>
      </w:pPr>
      <w:r>
        <w:rPr>
          <w:b/>
        </w:rPr>
        <w:t>в соответствии с Факультативным протоколом к Международному пакту о гражданских и политических правах</w:t>
      </w:r>
    </w:p>
    <w:p/>
    <w:p>
      <w:pPr>
        <w:ind w:firstLine="709"/>
        <w:jc w:val="both"/>
      </w:pPr>
      <w:r>
        <w:t>I. Автор и жертва нарушения: ____________. II. Государство-участник: Российская Федерация. III. Нарушенные статьи Пакта: ст. ____ (справедливое судебное разбирательство — ст. 14; свобода выражения мнения — ст. 19).</w:t>
      </w:r>
    </w:p>
    <w:p>
      <w:pPr>
        <w:ind w:firstLine="709"/>
        <w:jc w:val="both"/>
      </w:pPr>
      <w:r>
        <w:t>IV. Исчерпание внутренних средств: решение ____________ от «___» ________, апелляция, кассации, определение Верховного Суда РФ от «___» ________ (копии прилагаются).</w:t>
      </w:r>
    </w:p>
    <w:p>
      <w:pPr>
        <w:ind w:firstLine="709"/>
        <w:jc w:val="both"/>
      </w:pPr>
      <w:r>
        <w:t>V. Изложение фактов и обоснование нарушения: ____________________. Прошу Комитет признать нарушение и указать государству на необходимость восстановления прав и компенсации.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