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0"/>
        <w:jc w:val="right"/>
      </w:pPr>
      <w:r>
        <w:t>Приложение к заявлению</w:t>
      </w:r>
    </w:p>
    <w:p>
      <w:pPr>
        <w:spacing w:after="0"/>
        <w:jc w:val="right"/>
      </w:pPr>
      <w:r>
        <w:t>о признании гражданина банкротом</w:t>
      </w:r>
    </w:p>
    <w:p>
      <w:pPr>
        <w:spacing w:after="0"/>
        <w:jc w:val="right"/>
      </w:pPr>
      <w:r>
        <w:t>должник: ______________________,</w:t>
      </w:r>
    </w:p>
    <w:p>
      <w:pPr>
        <w:spacing w:after="0"/>
        <w:jc w:val="right"/>
      </w:pPr>
      <w:r>
        <w:t>ИНН ____, СНИЛС ____</w:t>
      </w:r>
    </w:p>
    <w:p/>
    <w:p>
      <w:pPr>
        <w:spacing w:after="0"/>
        <w:jc w:val="center"/>
      </w:pPr>
      <w:r>
        <w:rPr>
          <w:b/>
        </w:rPr>
        <w:t>СПИСОК КРЕДИТОРОВ И ДОЛЖНИКОВ ГРАЖДАНИНА</w:t>
      </w:r>
    </w:p>
    <w:p>
      <w:pPr>
        <w:spacing w:after="0"/>
        <w:jc w:val="center"/>
      </w:pPr>
      <w:r>
        <w:rPr>
          <w:b/>
        </w:rPr>
        <w:t>(форма утв. приказом Минэкономразвития России от 05.08.2015 № 530)</w:t>
      </w:r>
    </w:p>
    <w:p/>
    <w:p>
      <w:pPr>
        <w:ind w:firstLine="709"/>
        <w:jc w:val="both"/>
      </w:pPr>
      <w:r>
        <w:t>Раздел I. Сведения о кредиторах по денежным обязательствам: 1) ПАО «___________», ИНН ____, адрес ____________, основание — кредитный договор № ____ от «___» ________, сумма ________ руб., в т.ч. просрочено ________ руб.</w:t>
      </w:r>
    </w:p>
    <w:p>
      <w:pPr>
        <w:ind w:firstLine="709"/>
        <w:jc w:val="both"/>
      </w:pPr>
      <w:r>
        <w:t>2) ООО МФК «___________», договор займа № ____, сумма ________ руб. 3) ФНС России — обязательные платежи: ________ руб.</w:t>
      </w:r>
    </w:p>
    <w:p>
      <w:pPr>
        <w:ind w:firstLine="709"/>
        <w:jc w:val="both"/>
      </w:pPr>
      <w:r>
        <w:t>Раздел II. Сведения о должниках гражданина: ____________ (кто должен вам). Достоверность и полноту сведений подтверждаю.</w:t>
      </w:r>
    </w:p>
    <w:p/>
    <w:p>
      <w:r>
        <w:t>Приложения:</w:t>
      </w:r>
    </w:p>
    <w:p>
      <w:r>
        <w:t>1. ________________________________________</w:t>
      </w:r>
    </w:p>
    <w:p>
      <w:r>
        <w:t>2. ________________________________________</w:t>
      </w:r>
    </w:p>
    <w:p/>
    <w:p>
      <w:pPr>
        <w:spacing w:before="240"/>
      </w:pPr>
      <w:r>
        <w:t>«___» ______________ 20__ г.        Подпись: ______________ /______________________/</w:t>
      </w:r>
    </w:p>
    <w:sectPr w:rsidR="00FC693F" w:rsidRPr="0006063C" w:rsidSect="00034616">
      <w:pgSz w:w="12240" w:h="15840"/>
      <w:pgMar w:top="1134" w:right="850" w:bottom="1134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Times New Roman" w:hAnsi="Times New Roman"/>
      <w:sz w:val="24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