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Мировому судье судебного участка № ___</w:t>
      </w:r>
    </w:p>
    <w:p>
      <w:pPr>
        <w:spacing w:after="0"/>
        <w:jc w:val="right"/>
      </w:pPr>
      <w:r>
        <w:t>по ____________ району</w:t>
      </w:r>
    </w:p>
    <w:p>
      <w:pPr>
        <w:spacing w:after="0"/>
        <w:jc w:val="right"/>
      </w:pPr>
      <w:r>
        <w:t>Взыскатель: ______________________</w:t>
      </w:r>
    </w:p>
    <w:p>
      <w:pPr>
        <w:spacing w:after="0"/>
        <w:jc w:val="right"/>
      </w:pPr>
      <w:r>
        <w:t>Должник: ______________________,</w:t>
      </w:r>
    </w:p>
    <w:p>
      <w:pPr>
        <w:spacing w:after="0"/>
        <w:jc w:val="right"/>
      </w:pPr>
      <w:r>
        <w:t>дата и место рождения: ____________</w:t>
      </w:r>
    </w:p>
    <w:p/>
    <w:p>
      <w:pPr>
        <w:spacing w:after="0"/>
        <w:jc w:val="center"/>
      </w:pPr>
      <w:r>
        <w:rPr>
          <w:b/>
        </w:rPr>
        <w:t>ЗАЯВЛЕНИЕ</w:t>
      </w:r>
    </w:p>
    <w:p>
      <w:pPr>
        <w:spacing w:after="0"/>
        <w:jc w:val="center"/>
      </w:pPr>
      <w:r>
        <w:rPr>
          <w:b/>
        </w:rPr>
        <w:t>о вынесении судебного приказа о взыскании алиментов</w:t>
      </w:r>
    </w:p>
    <w:p/>
    <w:p>
      <w:pPr>
        <w:ind w:firstLine="709"/>
        <w:jc w:val="both"/>
      </w:pPr>
      <w:r>
        <w:t>Я состою (состояла) в браке с должником с «___» ________ по «___» ________. От брака имеется несовершеннолетний ребёнок: ____________, «___» ________ 20__ года рождения.</w:t>
      </w:r>
    </w:p>
    <w:p>
      <w:pPr>
        <w:ind w:firstLine="709"/>
        <w:jc w:val="both"/>
      </w:pPr>
      <w:r>
        <w:t>Ребёнок проживает со мной и находится на моём иждивении. Должник материальной помощи добровольно не оказывает. Соглашение об уплате алиментов не заключалось.</w:t>
      </w:r>
    </w:p>
    <w:p>
      <w:pPr>
        <w:ind w:firstLine="709"/>
        <w:jc w:val="both"/>
      </w:pPr>
      <w:r>
        <w:t>На основании ст. 80, 81 СК РФ, ст. 121–124 ГПК РФ ПРОШУ взыскать с должника алименты на содержание ребёнка в размере 1/4 заработка и (или) иного дохода ежемесячно, начиная с даты подачи заявления до совершеннолетия.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