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right"/>
      </w:pPr>
      <w:r>
        <w:t>В ИФНС России № ___ по ____________</w:t>
      </w:r>
    </w:p>
    <w:p>
      <w:pPr>
        <w:spacing w:after="0"/>
        <w:jc w:val="right"/>
      </w:pPr>
      <w:r>
        <w:t>от ______________________,</w:t>
      </w:r>
    </w:p>
    <w:p>
      <w:pPr>
        <w:spacing w:after="0"/>
        <w:jc w:val="right"/>
      </w:pPr>
      <w:r>
        <w:t>ИНН: ____________,</w:t>
      </w:r>
    </w:p>
    <w:p>
      <w:pPr>
        <w:spacing w:after="0"/>
        <w:jc w:val="right"/>
      </w:pPr>
      <w:r>
        <w:t>адрес: ___________________</w:t>
      </w:r>
    </w:p>
    <w:p/>
    <w:p>
      <w:pPr>
        <w:spacing w:after="0"/>
        <w:jc w:val="center"/>
      </w:pPr>
      <w:r>
        <w:rPr>
          <w:b/>
        </w:rPr>
        <w:t>ВОЗРАЖЕНИЯ</w:t>
      </w:r>
    </w:p>
    <w:p>
      <w:pPr>
        <w:spacing w:after="0"/>
        <w:jc w:val="center"/>
      </w:pPr>
      <w:r>
        <w:rPr>
          <w:b/>
        </w:rPr>
        <w:t>на акт налоговой проверки № ____ от «___» ________ 20__ г.</w:t>
      </w:r>
    </w:p>
    <w:p/>
    <w:p>
      <w:pPr>
        <w:ind w:firstLine="709"/>
        <w:jc w:val="both"/>
      </w:pPr>
      <w:r>
        <w:t>По результатам камеральной (выездной) налоговой проверки составлен акт № ____ от «___» ________ 20__ г., полученный мною «___» ________ 20__ г. Актом предлагается доначислить ________ руб.</w:t>
      </w:r>
    </w:p>
    <w:p>
      <w:pPr>
        <w:ind w:firstLine="709"/>
        <w:jc w:val="both"/>
      </w:pPr>
      <w:r>
        <w:t>С выводами акта не согласен(на) в части: ____________________ — по следующим основаниям: ____________________ (неверно применена норма ст. ____ НК РФ; не учтены документы: ____________).</w:t>
      </w:r>
    </w:p>
    <w:p>
      <w:pPr>
        <w:ind w:firstLine="709"/>
        <w:jc w:val="both"/>
      </w:pPr>
      <w:r>
        <w:t>На основании п. 6 ст. 100 НК РФ прошу учесть настоящие возражения при рассмотрении материалов проверки, в доначислении отказать. О времени рассмотрения прошу уведомить.</w:t>
      </w:r>
    </w:p>
    <w:p/>
    <w:p>
      <w:r>
        <w:t>Приложения:</w:t>
      </w:r>
    </w:p>
    <w:p>
      <w:r>
        <w:t>1. ________________________________________</w:t>
      </w:r>
    </w:p>
    <w:p>
      <w:r>
        <w:t>2. ________________________________________</w:t>
      </w:r>
    </w:p>
    <w:p/>
    <w:p>
      <w:pPr>
        <w:spacing w:before="240"/>
      </w:pPr>
      <w:r>
        <w:t>«___» ______________ 20__ г.        Подпись: ______________ /______________________/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