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ООО СК «___________»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договор страхования № ____</w:t>
      </w:r>
    </w:p>
    <w:p>
      <w:pPr>
        <w:spacing w:after="0"/>
        <w:jc w:val="right"/>
      </w:pPr>
      <w:r>
        <w:t>от «___» ________ 20__ г.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об отказе от договора страхования и возврате страховой премии</w:t>
      </w:r>
    </w:p>
    <w:p/>
    <w:p>
      <w:pPr>
        <w:ind w:firstLine="709"/>
        <w:jc w:val="both"/>
      </w:pPr>
      <w:r>
        <w:t>«___» ________ 20__ г. при заключении кредитного договора № ____ с ____________ мною заключён договор страхования № ____ с вашей организацией. Страховая премия составила ________ руб.</w:t>
      </w:r>
    </w:p>
    <w:p>
      <w:pPr>
        <w:ind w:firstLine="709"/>
        <w:jc w:val="both"/>
      </w:pPr>
      <w:r>
        <w:t>На основании Указания Банка России от 20.11.2015 № 3854-У заявляю об отказе от договора страхования в течение периода охлаждения (либо: кредит погашен досрочно «___» ________ — прошу вернуть часть премии за неистёкший период на основании ч. 12 ст. 11 Закона № 353-ФЗ).</w:t>
      </w:r>
    </w:p>
    <w:p>
      <w:pPr>
        <w:ind w:firstLine="709"/>
        <w:jc w:val="both"/>
      </w:pPr>
      <w:r>
        <w:t>Прошу возвратить страховую премию в размере ________ руб. на счёт: ____________ в течение 7 рабочих дней.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