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t>В ООО СК «___________»</w:t>
      </w:r>
    </w:p>
    <w:p>
      <w:pPr>
        <w:spacing w:after="0"/>
        <w:jc w:val="right"/>
      </w:pPr>
      <w:r>
        <w:t>адрес: ___________________</w:t>
      </w:r>
    </w:p>
    <w:p>
      <w:pPr>
        <w:spacing w:after="0"/>
        <w:jc w:val="right"/>
      </w:pPr>
      <w:r>
        <w:t>от ______________________,</w:t>
      </w:r>
    </w:p>
    <w:p>
      <w:pPr>
        <w:spacing w:after="0"/>
        <w:jc w:val="right"/>
      </w:pPr>
      <w:r>
        <w:t>договор страхования № ____</w:t>
      </w:r>
    </w:p>
    <w:p>
      <w:pPr>
        <w:spacing w:after="0"/>
        <w:jc w:val="right"/>
      </w:pPr>
      <w:r>
        <w:t>от «___» ________ 20__ г.</w:t>
      </w:r>
    </w:p>
    <w:p/>
    <w:p>
      <w:pPr>
        <w:pStyle w:val="Title"/>
        <w:spacing w:after="0"/>
        <w:jc w:val="center"/>
      </w:pPr>
      <w:r>
        <w:rPr>
          <w:b/>
        </w:rPr>
        <w:t>ЗАЯВЛЕНИЕ</w:t>
      </w:r>
    </w:p>
    <w:p>
      <w:pPr>
        <w:spacing w:after="0"/>
        <w:jc w:val="center"/>
      </w:pPr>
      <w:r>
        <w:rPr>
          <w:b/>
        </w:rPr>
        <w:t>об отказе от договора страхования и возврате страховой премии</w:t>
      </w:r>
    </w:p>
    <w:p/>
    <w:p>
      <w:pPr>
        <w:spacing w:after="120"/>
        <w:ind w:firstLine="709"/>
        <w:jc w:val="both"/>
      </w:pPr>
      <w:r>
        <w:t>«___» ________ 20__ г. при заключении кредитного договора № ____ с ____________ мною заключён договор страхования № ____ с вашей организацией. Страховая премия составила ________ руб.</w:t>
      </w:r>
    </w:p>
    <w:p>
      <w:pPr>
        <w:spacing w:after="120"/>
        <w:ind w:firstLine="709"/>
        <w:jc w:val="both"/>
      </w:pPr>
      <w:r>
        <w:t>Договор добровольного страхования заключён в целях обеспечения исполнения моих обязательств по потребительскому кредиту. Настоящее заявление подано в течение 30 календарных дней со дня заключения договора страхования. События, имеющие признаки страхового случая, отсутствуют.</w:t>
      </w:r>
    </w:p>
    <w:p>
      <w:pPr>
        <w:spacing w:after="120"/>
        <w:ind w:firstLine="709"/>
        <w:jc w:val="both"/>
      </w:pPr>
      <w:r>
        <w:t>На основании части 11 статьи 11 Федерального закона от 21.12.2013 № 353-ФЗ заявляю об отказе от договора добровольного страхования и прошу вернуть уплаченную страховую премию в полном объёме.</w:t>
      </w:r>
    </w:p>
    <w:p>
      <w:pPr>
        <w:spacing w:after="120"/>
        <w:ind w:firstLine="709"/>
        <w:jc w:val="both"/>
      </w:pPr>
      <w:r>
        <w:t>Прошу перечислить ________ руб. на счёт: ____________________ в срок не более 7 рабочих дней со дня получения настоящего заявления. Ответ прошу направить: ____________________.</w:t>
      </w:r>
    </w:p>
    <w:p/>
    <w:p>
      <w:r>
        <w:t>Приложения:</w:t>
      </w:r>
    </w:p>
    <w:p>
      <w:r>
        <w:t>1. ________________________________________</w:t>
      </w:r>
    </w:p>
    <w:p>
      <w:r>
        <w:t>2. ________________________________________</w:t>
      </w:r>
    </w:p>
    <w:p/>
    <w:p>
      <w:pPr>
        <w:spacing w:before="240"/>
      </w:pPr>
      <w:r>
        <w:t>«___» ______________ 20__ г.        Подпись: ______________ /______________________/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кредитного страхования</dc:title>
  <dc:subject/>
  <dc:creator>Юридическая фирма ЮРИСТ</dc:creator>
  <cp:keywords/>
  <dc:description>generated by python-docx</dc:description>
  <cp:lastModifiedBy>Юридическая фирма ЮРИСТ</cp:lastModifiedBy>
  <cp:revision>1</cp:revision>
  <dcterms:created xsi:type="dcterms:W3CDTF">2013-12-23T23:15:00Z</dcterms:created>
  <dcterms:modified xsi:type="dcterms:W3CDTF">2013-12-23T23:15:00Z</dcterms:modified>
  <cp:category/>
</cp:coreProperties>
</file>