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Директору ООО «___________»</w:t>
      </w:r>
    </w:p>
    <w:p>
      <w:pPr>
        <w:spacing w:after="0"/>
        <w:jc w:val="right"/>
      </w:pPr>
      <w:r>
        <w:t>от ______________________,</w:t>
      </w:r>
    </w:p>
    <w:p>
      <w:pPr>
        <w:spacing w:after="0"/>
        <w:jc w:val="right"/>
      </w:pPr>
      <w:r>
        <w:t>должность: ________________</w:t>
      </w:r>
    </w:p>
    <w:p>
      <w:pPr>
        <w:spacing w:after="0"/>
        <w:jc w:val="right"/>
      </w:pPr>
      <w:r>
        <w:t>тел.: ____________________</w:t>
      </w:r>
    </w:p>
    <w:p/>
    <w:p>
      <w:pPr>
        <w:spacing w:after="0"/>
        <w:jc w:val="center"/>
      </w:pPr>
      <w:r>
        <w:rPr>
          <w:b/>
        </w:rPr>
        <w:t>ЗАЯВЛЕНИЕ</w:t>
      </w:r>
    </w:p>
    <w:p>
      <w:pPr>
        <w:spacing w:after="0"/>
        <w:jc w:val="center"/>
      </w:pPr>
      <w:r>
        <w:rPr>
          <w:b/>
        </w:rPr>
        <w:t>о выплате задержанной заработной платы</w:t>
      </w:r>
    </w:p>
    <w:p/>
    <w:p>
      <w:pPr>
        <w:ind w:firstLine="709"/>
        <w:jc w:val="both"/>
      </w:pPr>
      <w:r>
        <w:t>Я работаю в ООО «___________» по трудовому договору № ____ от «___» ________ в должности ____________. За период ____________ мне не выплачена заработная плата в размере ________ руб.</w:t>
      </w:r>
    </w:p>
    <w:p>
      <w:pPr>
        <w:ind w:firstLine="709"/>
        <w:jc w:val="both"/>
      </w:pPr>
      <w:r>
        <w:t>На основании ст. 136, 140, 236 ТК РФ требую выплатить задолженность с денежной компенсацией за каждый день задержки.</w:t>
      </w:r>
    </w:p>
    <w:p>
      <w:pPr>
        <w:ind w:firstLine="709"/>
        <w:jc w:val="both"/>
      </w:pPr>
      <w:r>
        <w:t>При отказе оставляю за собой право обратиться в Государственную инспекцию труда, прокуратуру и суд, а также приостановить работу на основании ст. 142 ТК РФ.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