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t>Начальнику ОМВД России по ____________</w:t>
      </w:r>
    </w:p>
    <w:p>
      <w:pPr>
        <w:spacing w:after="0"/>
        <w:jc w:val="right"/>
      </w:pPr>
      <w:r>
        <w:t>(в Следственный отдел СК России по ____________)</w:t>
      </w:r>
    </w:p>
    <w:p>
      <w:pPr>
        <w:spacing w:after="0"/>
        <w:jc w:val="right"/>
      </w:pPr>
      <w:r>
        <w:t>от ______________________,</w:t>
      </w:r>
    </w:p>
    <w:p>
      <w:pPr>
        <w:spacing w:after="0"/>
        <w:jc w:val="right"/>
      </w:pPr>
      <w:r>
        <w:t>адрес: ___________________,</w:t>
      </w:r>
    </w:p>
    <w:p>
      <w:pPr>
        <w:spacing w:after="0"/>
        <w:jc w:val="right"/>
      </w:pPr>
      <w:r>
        <w:t>тел.: ____________________</w:t>
      </w:r>
    </w:p>
    <w:p/>
    <w:p>
      <w:pPr>
        <w:spacing w:after="0"/>
        <w:jc w:val="center"/>
      </w:pPr>
      <w:r>
        <w:rPr>
          <w:b/>
        </w:rPr>
        <w:t>ЗАЯВЛЕНИЕ</w:t>
      </w:r>
    </w:p>
    <w:p>
      <w:pPr>
        <w:spacing w:after="0"/>
        <w:jc w:val="center"/>
      </w:pPr>
      <w:r>
        <w:rPr>
          <w:b/>
        </w:rPr>
        <w:t>о преступлении</w:t>
      </w:r>
    </w:p>
    <w:p/>
    <w:p>
      <w:pPr>
        <w:ind w:firstLine="709"/>
        <w:jc w:val="both"/>
      </w:pPr>
      <w:r>
        <w:t>«___» ________ 20__ г. в отношении меня совершено преступление: ____________________ (неустановленное лицо путём обмана похитило денежные средства в размере ________ руб. — переведены на счёт № ____ банка ____________).</w:t>
      </w:r>
    </w:p>
    <w:p>
      <w:pPr>
        <w:ind w:firstLine="709"/>
        <w:jc w:val="both"/>
      </w:pPr>
      <w:r>
        <w:t>Признаки преступления, предусмотренного ст. ____ УК РФ (ст. 159 УК РФ — мошенничество), усматриваются в следующем: ____________________. Доказательства: выписки по счёту, переписка, скриншоты (прилагаются).</w:t>
      </w:r>
    </w:p>
    <w:p>
      <w:pPr>
        <w:ind w:firstLine="709"/>
        <w:jc w:val="both"/>
      </w:pPr>
      <w:r>
        <w:t>Прошу провести проверку в порядке ст. 144–145 УПК РФ, возбудить уголовное дело, признать меня потерпевшим. Об уголовной ответственности за заведомо ложный донос (ст. 306 УК РФ) предупреждён(а).</w:t>
      </w:r>
    </w:p>
    <w:p/>
    <w:p>
      <w:r>
        <w:t>Приложения:</w:t>
      </w:r>
    </w:p>
    <w:p>
      <w:r>
        <w:t>1. ________________________________________</w:t>
      </w:r>
    </w:p>
    <w:p>
      <w:r>
        <w:t>2. ________________________________________</w:t>
      </w:r>
    </w:p>
    <w:p/>
    <w:p>
      <w:pPr>
        <w:spacing w:before="240"/>
      </w:pPr>
      <w:r>
        <w:t>«___» ______________ 20__ г.        Подпись: ______________ /______________________/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