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right"/>
      </w:pPr>
      <w:r>
        <w:t>В Отделение Фонда пенсионного и</w:t>
      </w:r>
    </w:p>
    <w:p>
      <w:pPr>
        <w:spacing w:after="0"/>
        <w:jc w:val="right"/>
      </w:pPr>
      <w:r>
        <w:t>социального страхования РФ</w:t>
      </w:r>
    </w:p>
    <w:p>
      <w:pPr>
        <w:spacing w:after="0"/>
        <w:jc w:val="right"/>
      </w:pPr>
      <w:r>
        <w:t>по ____________ области</w:t>
      </w:r>
    </w:p>
    <w:p>
      <w:pPr>
        <w:spacing w:after="0"/>
        <w:jc w:val="right"/>
      </w:pPr>
      <w:r>
        <w:t>от ______________________,</w:t>
      </w:r>
    </w:p>
    <w:p>
      <w:pPr>
        <w:spacing w:after="0"/>
        <w:jc w:val="right"/>
      </w:pPr>
      <w:r>
        <w:t>СНИЛС: ____________</w:t>
      </w:r>
    </w:p>
    <w:p/>
    <w:p>
      <w:pPr>
        <w:spacing w:after="0"/>
        <w:jc w:val="center"/>
      </w:pPr>
      <w:r>
        <w:rPr>
          <w:b/>
        </w:rPr>
        <w:t>ЗАЯВЛЕНИЕ</w:t>
      </w:r>
    </w:p>
    <w:p>
      <w:pPr>
        <w:spacing w:after="0"/>
        <w:jc w:val="center"/>
      </w:pPr>
      <w:r>
        <w:rPr>
          <w:b/>
        </w:rPr>
        <w:t>о перерасчёте размера пенсии</w:t>
      </w:r>
    </w:p>
    <w:p/>
    <w:p>
      <w:pPr>
        <w:ind w:firstLine="709"/>
        <w:jc w:val="both"/>
      </w:pPr>
      <w:r>
        <w:t>Я являюсь получателем страховой пенсии по старости с «___» ________ ____ г. (пенсионное дело № ____).</w:t>
      </w:r>
    </w:p>
    <w:p>
      <w:pPr>
        <w:ind w:firstLine="709"/>
        <w:jc w:val="both"/>
      </w:pPr>
      <w:r>
        <w:t>При назначении пенсии не учтены: период работы с «___» ________ по «___» ________ в ____________, что подтверждается: трудовой книжкой, архивной справкой № ____ от «___» ________.</w:t>
      </w:r>
    </w:p>
    <w:p>
      <w:pPr>
        <w:ind w:firstLine="709"/>
        <w:jc w:val="both"/>
      </w:pPr>
      <w:r>
        <w:t>На основании ст. 23 Федерального закона № 400-ФЗ прошу произвести перерасчёт размера пенсии с учётом указанных периодов и сообщить о результатах письменно.</w:t>
      </w:r>
    </w:p>
    <w:p/>
    <w:p>
      <w:r>
        <w:t>Приложения:</w:t>
      </w:r>
    </w:p>
    <w:p>
      <w:r>
        <w:t>1. ________________________________________</w:t>
      </w:r>
    </w:p>
    <w:p>
      <w:r>
        <w:t>2. ________________________________________</w:t>
      </w:r>
    </w:p>
    <w:p/>
    <w:p>
      <w:pPr>
        <w:spacing w:before="240"/>
      </w:pPr>
      <w:r>
        <w:t>«___» ______________ 20__ г.        Подпись: ______________ /______________________/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