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Нотариусу ____________ нотариального округа</w:t>
      </w:r>
    </w:p>
    <w:p>
      <w:pPr>
        <w:spacing w:after="0"/>
        <w:jc w:val="right"/>
      </w:pPr>
      <w:r>
        <w:t>______________________</w:t>
      </w:r>
    </w:p>
    <w:p>
      <w:pPr>
        <w:spacing w:after="0"/>
        <w:jc w:val="right"/>
      </w:pPr>
      <w:r>
        <w:t>от ______________________,</w:t>
      </w:r>
    </w:p>
    <w:p>
      <w:pPr>
        <w:spacing w:after="0"/>
        <w:jc w:val="right"/>
      </w:pPr>
      <w:r>
        <w:t>адрес: ___________________</w:t>
      </w:r>
    </w:p>
    <w:p>
      <w:pPr>
        <w:spacing w:after="0"/>
        <w:jc w:val="right"/>
      </w:pPr>
      <w:r>
        <w:t>тел.: ____________________</w:t>
      </w:r>
    </w:p>
    <w:p/>
    <w:p>
      <w:pPr>
        <w:spacing w:after="0"/>
        <w:jc w:val="center"/>
      </w:pPr>
      <w:r>
        <w:rPr>
          <w:b/>
        </w:rPr>
        <w:t>ЗАЯВЛЕНИЕ</w:t>
      </w:r>
    </w:p>
    <w:p>
      <w:pPr>
        <w:spacing w:after="0"/>
        <w:jc w:val="center"/>
      </w:pPr>
      <w:r>
        <w:rPr>
          <w:b/>
        </w:rPr>
        <w:t>о принятии наследства и выдаче свидетельства о праве на наследство</w:t>
      </w:r>
    </w:p>
    <w:p/>
    <w:p>
      <w:pPr>
        <w:ind w:firstLine="709"/>
        <w:jc w:val="both"/>
      </w:pPr>
      <w:r>
        <w:t>«___» ________ 20__ г. умер(ла) ____________, «___» ________ ____ г.р., проживавший(ая) по адресу: ____________. Я являюсь наследником по закону первой очереди (по завещанию от «___» ________).</w:t>
      </w:r>
    </w:p>
    <w:p>
      <w:pPr>
        <w:ind w:firstLine="709"/>
        <w:jc w:val="both"/>
      </w:pPr>
      <w:r>
        <w:t>Наследственное имущество состоит из: квартиры по адресу ____________; денежных вкладов; автомобиля ____________.</w:t>
      </w:r>
    </w:p>
    <w:p>
      <w:pPr>
        <w:ind w:firstLine="709"/>
        <w:jc w:val="both"/>
      </w:pPr>
      <w:r>
        <w:t>Настоящим заявлением наследство принимаю. Прошу выдать свидетельство о праве на наследство. Другие известные мне наследники: ____________.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