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Отделение СФР по ____________ области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СНИЛС: ____________,</w:t>
      </w:r>
    </w:p>
    <w:p>
      <w:pPr>
        <w:spacing w:after="0"/>
        <w:jc w:val="right"/>
      </w:pPr>
      <w:r>
        <w:t>адрес: ___________________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 предоставлении сведений (копий материалов выплатного дела)</w:t>
      </w:r>
    </w:p>
    <w:p/>
    <w:p>
      <w:pPr>
        <w:ind w:firstLine="709"/>
        <w:jc w:val="both"/>
      </w:pPr>
      <w:r>
        <w:t>Я являюсь получателем страховой пенсии (застрахованным лицом), СНИЛС ____________.</w:t>
      </w:r>
    </w:p>
    <w:p>
      <w:pPr>
        <w:ind w:firstLine="709"/>
        <w:jc w:val="both"/>
      </w:pPr>
      <w:r>
        <w:t>Прошу предоставить: выписку из индивидуального лицевого счёта; сведения о периодах, учтённых при назначении пенсии; заверенные копии материалов выплатного дела, в том числе расчёт размера пенсии.</w:t>
      </w:r>
    </w:p>
    <w:p>
      <w:pPr>
        <w:ind w:firstLine="709"/>
        <w:jc w:val="both"/>
      </w:pPr>
      <w:r>
        <w:t>Ответ прошу направить: ____________ (лично, почтой, в личный кабинет).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