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Конституционный Суд</w:t>
      </w:r>
    </w:p>
    <w:p>
      <w:pPr>
        <w:spacing w:after="0"/>
        <w:jc w:val="right"/>
      </w:pPr>
      <w:r>
        <w:t>Российской Федерации</w:t>
      </w:r>
    </w:p>
    <w:p>
      <w:pPr>
        <w:spacing w:after="0"/>
        <w:jc w:val="right"/>
      </w:pPr>
      <w:r>
        <w:t>Заявитель: ______________________,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Орган, принявший оспариваемый акт:</w:t>
      </w:r>
    </w:p>
    <w:p>
      <w:pPr>
        <w:spacing w:after="0"/>
        <w:jc w:val="right"/>
      </w:pPr>
      <w:r>
        <w:t>Государственная Дума ФС РФ</w:t>
      </w:r>
    </w:p>
    <w:p/>
    <w:p>
      <w:pPr>
        <w:spacing w:after="0"/>
        <w:jc w:val="center"/>
      </w:pPr>
      <w:r>
        <w:rPr>
          <w:b/>
        </w:rPr>
        <w:t>ЖАЛОБА</w:t>
      </w:r>
    </w:p>
    <w:p>
      <w:pPr>
        <w:spacing w:after="0"/>
        <w:jc w:val="center"/>
      </w:pPr>
      <w:r>
        <w:rPr>
          <w:b/>
        </w:rPr>
        <w:t>на нарушение конституционных прав гражданина положением ст. ____ Федерального закона «___________»</w:t>
      </w:r>
    </w:p>
    <w:p/>
    <w:p>
      <w:pPr>
        <w:ind w:firstLine="709"/>
        <w:jc w:val="both"/>
      </w:pPr>
      <w:r>
        <w:t>Положение ст. ____ Федерального закона от «___» ________ № ___-ФЗ применено в моём деле: решением ____________ от «___» ________ (все инстанции пройдены, определение Судебной коллегии ВС РФ от «___» ________).</w:t>
      </w:r>
    </w:p>
    <w:p>
      <w:pPr>
        <w:ind w:firstLine="709"/>
        <w:jc w:val="both"/>
      </w:pPr>
      <w:r>
        <w:t>Применённая норма нарушает мои права, гарантированные ст. ____ Конституции РФ, поскольку: ____________________ (допускает произвольное ____________, лишает права на ____________).</w:t>
      </w:r>
    </w:p>
    <w:p>
      <w:pPr>
        <w:ind w:firstLine="709"/>
        <w:jc w:val="both"/>
      </w:pPr>
      <w:r>
        <w:t>На основании ст. 96–97 ФКЗ «О Конституционном Суде Российской Федерации» ПРОШУ признать положение ст. ____ не соответствующим Конституции РФ; моё дело — подлежащим пересмотру.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