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Государственную инспекцию труда</w:t>
      </w:r>
    </w:p>
    <w:p>
      <w:pPr>
        <w:spacing w:after="0"/>
        <w:jc w:val="right"/>
      </w:pPr>
      <w:r>
        <w:t>в ____________ области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на нарушение трудовых прав</w:t>
      </w:r>
    </w:p>
    <w:p/>
    <w:p>
      <w:pPr>
        <w:ind w:firstLine="709"/>
        <w:jc w:val="both"/>
      </w:pPr>
      <w:r>
        <w:t>Я работаю (работал(а)) в ООО «___________» (ИНН ____________) в должности ____________ с «___» ________ по трудовому договору № ____.</w:t>
      </w:r>
    </w:p>
    <w:p>
      <w:pPr>
        <w:ind w:firstLine="709"/>
        <w:jc w:val="both"/>
      </w:pPr>
      <w:r>
        <w:t>Работодателем допущены нарушения: ____________________ (невыплата заработной платы за период ____, непредоставление отпуска и т.д.), что подтверждается: ____________.</w:t>
      </w:r>
    </w:p>
    <w:p>
      <w:pPr>
        <w:ind w:firstLine="709"/>
        <w:jc w:val="both"/>
      </w:pPr>
      <w:r>
        <w:t>Прошу провести проверку, выдать предписание об устранении нарушений и привлечь виновных к ответственности по ст. 5.27 КоАП РФ. Прошу не сообщать работодателю сведения о заявителе (ст. 358 ТК РФ).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